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4 июля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«Жилкомсервис № 1 Невского района»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