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Севастополя «Дирекция по развитию дорожно-транспортной инфраструктуры города Севастополя»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