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«Российская национальная перестраховочная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