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«Международный аэропорт «Внуково»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Международный аэропорт Внуково (подробнее) Ответчики: Управление Федеральной службы по надзору в сфере защиты прав потребителей и благополучия человека по Московской области (подробнее) Иные лица: ООО "СПЕЦИАЛИЗИРОВАННЫЙ ЗАСТРОЙЩИК ИЗМАЛКОВО НЕДВИЖИМОСТЬ" (подробнее) ФЕДЕРАЛЬНОЕ БЮДЖЕТНОЕ УЧРЕЖДЕНИЕ ЗДРАВООХРАНЕНИЯ "ЦЕНТР ГИГИЕНЫ И ЭПИДЕМИОЛОГИИ В МОСКОВСКОЙ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