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Межрайонной инспекции Федеральной налоговой службы № 22 по Московской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"СОЛАРСИТИ" (подробнее) Ответчики: Межрайонная ИФНС №22 по Московской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