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Синдеевой Ксении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