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«Полаир-Недвижимость»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