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Хабиевой Елене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