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по охране, контролю и регулированию использования объектов животного мира и среды их обитания Тюменской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