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по управлению государственным имуществом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"СОЛ" (подробнее) ООО "ХАРА" (подробнее) Ответчики: Территориальное управление Федерального агентства по управлению государственным имуществом в Республике Дагестан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