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Ковалеву Алексею Алексеевичу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