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«Бекетовское предприятие промышленного железнодорожного транспорта»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