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должник обратился в суд заявлением о признании недействительными результатов торгов от 30.12.2020. Одновременно должником заявлено ходатайство о принятии обеспечительных мер в виде запрета организатору торгов проводить действия, направленные на реализацию имущества должника до рассмотрения заявления по существу. Определением Арбитражного суда Ставропольского края от 12.02.2021 ходатайство должника о принятии обеспечительных мер удовлетворено. Постановлением Шестнадцатого арбитражного апелляционного суда от 21.04.2021, оставленным без изменения Арбитражного суда Северо- Кавказского округа от 30.06.2021, определение суда первой инстанции отменено, в удовлетворении ходатайства о принятии обеспечительных мер отказано. Должник обратился в судебную коллегию Верховного Суда Российской Федерации с кассационной жалобой, в которой просит состоявшиеся постановления отменить.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Признавая ходатайство должника необоснованным, суд апелляционной инстанции руководствовался статьями 90 и 91 Арбитражного процессуального кодекса Российской Федерации с учетом разъяснений, содержащихся в постановлении Пленума Высшего Арбитражного Суда Российской Федерации от 12.10.2006 № 55 «О применении арбитражными судами обеспечительных мер» и исходил из того, что должником не представлено должных свидетельств того, что непринятие испрашиваемых мер по обеспечению заявления может затруднить или сделать невозможным исполнение судебного акта, принятого по результатам рассмотрения заявления о признании результатов торгов недействительными, либо причинит значительный ущерб. Соглашаясь с выводами суда апелляционной инстанции, суд округа дополнительно указал, что нормы законодательства о банкротстве предусматривают возможность реализации совместного имущества супругов в деле о банкротстве одного из них и защиту прав второго путем выплаты ему денежной компенсации. Доводы заявителя не свидетельствуют о наличии нарушений норм права 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И.В. Разумов Суд: Верховный Суд РФ (подробнее) Истцы: АО "ХЛЕБОКОМБИНАТ "ГЕОРГИЕВСКИЙ" (подробнее) КАЛАШНИКОВ ВИТАЛИЙ АЛЕКСАНДРОВИЧ (подробнее) ООО "Евромаркет" (подробнее) ООО "РЕГИОНАЛЬНОЕ ОБЩЕСТВО СНАБЖЕНИЯ ПРОДУКТАМИ" (подробнее) ООО "ФИРМА "ПАЛЬМИРА" (подробнее) ПАО "Сбербанк России" (подробнее) Управление Федеральной налоговой службы Российской Федерации по Республике Северная Осетия- Алания (подробнее) Иные лица: ПАУ ЦФО в Ставропольском крае (подробнее) Управление Федеральной налоговой службы по Ставропольскому краю (подробнее) УФНС России по РСО-Алания (подробнее) ФГУП "Охрана" Росгвардии (подробнее) Судьи дела: Разумов И.В.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