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«Улан-Удэнский авиационный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ОДК-Климов (подробнее) Ответчики: АО Улан-Удэнский авиационный завод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