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«Электрокабель» Кольчугинский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"ЭЛЕКТРОКАБЕЛЬ" КОЛЬЧУГИНСКИЙ ЗАВОД" (подробнее) Ответчики: ООО "РОНИ"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