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"Т Плюс" (подробнее) Ответчики: Средне-поволжское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