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общества с ограниченной ответственностью «Союзстрой»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"СОЮЗСТРОЙ" в лице к/у Попова А.В. (подробнее) Ответчики: МИФНС №16 по Санкт-Петербургу (подробнее) Россия, 198095, Санкт-Петербург, Санкт-Петербург, ул. Розенштейна, д. 21 литер а, помещ. 8н офис 224 (подробнее) Управление Федеральной налоговой службы по Санкт-Петербургу (подробнее) Иные лица: к/у Иванов Г.П. (подробнее) МИФНС России №16 по СПб (подробнее) ООО к/у "СОЮЗСТРОЙ" Иванов Г. П.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