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«Омская областная газовая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"АРМТЕХСНАБ" (подробнее) ООО "ОМСКАЯ ОБЛАСТНАЯ ГАЗОВАЯ КОМПАНИЯ"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