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Суоярвского муниципального округа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