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труда и социальной защиты населения города Севастополя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ГОРОДА СЕВАСТОПОЛЯ СЕВТЕПЛОЭНЕРГО (подробнее) Ответчики: Департамент труда и социальной защиты населения города Севастополя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