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«Единая строительная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Ответчики: ГОСУДАРСТВЕННОЕ КАЗЕННОЕ УЧРЕЖДЕНИЕ РЕСПУБЛИКИ КРЫМ "ИНВЕСТИЦИОННО-СТРОИТЕЛЬНОЕ УПРАВЛЕНИЕ РЕСПУБЛИКИ КРЫМ" (подробнее) ООО "Единая строительная компания" (подробнее) Иные лица: ООО "Крымская экспертная служба"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