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«Оверсайз 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"ОВЕРСАЙЗ ЛОГИСТИК" (подробнее) Ответчики: АО "АльфаСтрахование"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