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«Шолле ИПН Восточная Европа»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"ЮЖНАЯ СОКОВАЯ КОМПАНИЯ" (подробнее) Ответчики: ООО "Шолле ИПН Восточная Европа 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