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нефтехим Салават»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"Газпром нефтехим Салават" (подробнее) Ответчики: ООО "Балтийская Топливная Компания"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