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Кривогорницыну Александру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