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Эвенкийского муниципального района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