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унитарному предприятию городского электрического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Санкт-ПетербургСКОЕ ГОРОДСКОГО ЭЛЕКТРИЧЕСКОГО ТРАНСПОРТА (подробнее) Ответчики: ООО "Стройэнерго"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