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26 сентября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фирма «Агрокомплекс» им. Н.И. Ткачева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