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«Компания «Мол-Центр» Стариковичу Павлу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