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«Европейские Технологии Сервиса»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