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Харитонову Евгению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