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Дырдиной Ирине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