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Меденникову Егору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