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«Асфальтобетонный завод № 1»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