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Министерсту энергетики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