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Завальневой Любови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