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24 июня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бюджетного учреждения «Курганская поликлиника № 2»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Государственное бюджетное учреждение "Курганская поликлиника №2" (подробнее) Ответчики: Управление Федерального Казначейства по Курганской области (подробнее) Судьи дела: Антонова М.К. (судья) (подробнее) Последние документы по делу: Определение от 19 ноября 2024 г. по делу № А34-7104/2023 Определение от 2 октября 2024 г. по делу № А34-7104/2023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