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города Москвы «Московский ордена Ленина и ордена Трудового Красного Знамени метрополитен имени В.И.Ленина»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