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городского хозяйства города Севастополя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