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отказать федеральному казенному учреждению «Исправительная колония № 17 Главного управления Федеральной службы исполнения наказаний по Нижегородской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