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и Управлению Министерства внутренних дел Российской Федерации по Ульяновской области, Федеральной службе судебных приставов и Управлению Федеральной службы судебных приставов по Ульяновской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