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"Нарьян-марский объединенный авиаотряд" (подробнее) Ответчики: Федеральное агентство воздушного транспорта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