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«Дентал-Депо 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"ДЕНТАЛ-ДЕПО В" (подробнее) Ответчики: ГОСУДАРСТВЕННОЕ АВТОНОМНОЕ УЧРЕЖДЕНИЕ ЗДРАВООХРАНЕНИЯ ГОРОДА МОСКВЫ "СТОМАТОЛОГИЧЕСКАЯ ПОЛИКЛИНИКА №65 ДЕПАРТАМЕНТА ЗДРАВООХРАНЕНИЯ ГОРОДА МОСКВЫ" (подробнее) ООО "СОЛО-3"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