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арамонову Евгению Виктор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