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государственного строительного и жилищного надзора Республики Саха (Якутия)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