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и Управлению Федеральной антимонопольной службы по городу Москве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ПРЕДПРИЯТИЕ ГОРОДСКОГО ОКРУГА ХИМКИ МОСКОВСКОЙ ОБЛАСТИ "ДИРЕКЦИЯ ЕДИНОГО ЗАКАЗЧИКА ЖИЛИЩНО-КОММУНАЛЬНЫХ УСЛУГ"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