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«Телеком-Монтаж-Юг»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