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«Август «Торговая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"АВГУСТ" ТОРГОВАЯ КОМПАНИЯ" (подробнее) Ответчики: Межрайонная инспекция Федеральной налоговой службы №25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