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Никитину Якову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