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Отделу надзорной деятельности и профилактической работы Серовского городского округа, Сосьвинского городского округа, Гаринского городского округа Управления надзорной деятельности и профилактической работы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субъекту Российской Федерации по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